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צליל, חזרה ומוזיקה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לצליל ולמוזיקליות בשירה: אונומטופאה, חזרה, אנפורה, חריזה, משקל ואליטרציה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אמצעים אלה בדוגמאות משיר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איך כל אמצעי תורם למשמעות ולמוזיקליות של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בום! נשמע הרעש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להדגיש רעיון או רגש וליצור מקצב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שיר חופשי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בין מושג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(בום! נשמע הרעש בחדר)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(בלי מילים קמתי, בלי מילים יצאתי)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(שקט שוטף שוב את השכונה)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המדויקת של אונומטופאה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אנפורה היא חזרה על מילה בתחילת הטורים, לא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אונומטופאה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חריזה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להדגיש רעיון או רגש וליצור מקצב וקצב בשיר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שיש בו מילה שמחקה קול, כמו בום, טראח או טיק־טק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אונומטופאה - מילה שמחקה קול, כגון בום או טיק־טק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חזרה כללית יכולה להיות בכל מקום בשיר, אנפורה היא חזרה בתחילת טורים רצופים דווקא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חריזה ומשקל יוצרים מוזיקליות, קצב ומדגישים מילים או רעיונות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לתלמידים את הדוגמאות בקול רם כדי שישמעו את הצליל והמקצב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זיהוי אונומטופאה ואליטרציה בשירים מוכרים נוספים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במשימת הכתיבה חשוב לעודד ניסיון חופשי ולא להקפיד על דיוק מושלם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צליל, חזרה ומוזיקה בשירה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בשירים משוררים משתמשים בצלילים, בחזרות ובמקצב כדי ליצור מוזיקה במילים ולהדגיש רגשות ורעיונות. בדף זה נתרגל את המושגים המרכזיים הקשורים לצליל ולמוזיקליות בשירה.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חריזה  ·  אונומטופאה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מהבאות היא דוגמה לאונומטופאה?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בום! נשמע הרעש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השמש זרחה בשמיים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הילד הלך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תפקידה העיקרי של חזרה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להדגיש רעיון או רגש וליצור מקצב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לתאר צבעים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להוסיף חרוז בסוף הטור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נקרא שיר שאין בו משקל קבוע?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שיר חופשי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שיר חובק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 מצטלב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התאמה בין מושג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אונומטופאה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בלי מילים קמתי, בלי מילים יצאתי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אנפורה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שקט שוטף שוב את השכונה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אליטרציה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בום! נשמע הרעש בחדר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אונומטופאה היא מילה שהצליל שלה מחקה את הקול שהיא מתארת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אנפורה היא חזרה על מילה בסוף טורים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מילה שהצליל שלה מחקה קול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דמיון בצליל בסוף מילים בשיר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משוררים משתמשים בחזרה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קצר עם אונומטופאה אחת לפחות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אונומטופאה? תנו דוגמה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חזרה לבין אנפורה?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צליל, חזרה ומוזיקה בשירה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