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צליל, חזרה ומוזיקה בשירה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הקשורים לצליל ולמוזיקליות בשירה: אונומטופאה, חזרה, אנפורה, חריזה, משקל ואליטרציה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אמצעים אלה בדוגמאות משיר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איך כל אמצעי תורם למשמעות ולמוזיקליות של היצירה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בום! נשמע הרעש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להדגיש רעיון או רגש וליצור מקצב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חזרה על אותה מילה בתחילת טורים רצופים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תבנית חריזה מסוג אבאב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שיר חופשי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חזרה על אותו צליל (אות) במילים קרובות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התאמה בין מושג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(בום! נשמע הרעש בחדר)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(בלי מילים קמתי, בלי מילים יצאתי)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(גל / חול (דמיון בסוף המילים))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(סדר קבוע של הברות מוטעמות ובלתי מוטעמות)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(שקט שוטף שוב את השכונה)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המדויקת של אונומטופאה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מוגדרת חריזה חובקת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אנפורה היא חזרה על מילה בתחילת הטורים, לא בסוף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שיר חופשי הוא בדיוק שיר בלי משקל קבוע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חזרה על צליל מסוים יוצרת תחושת צליל ממשי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אונומטופאה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אנפורה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חריזה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חופשי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אליטרציה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להדגיש רעיון או רגש וליצור מקצב וקצב בשיר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יוצרת מוזיקליות, מקשרת בין מילים ומדגישה אותן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כל תשובה הגיונית כמו: טראח, צליל פיצוץ או צליל נפילה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יוצרת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התלמיד.ה כותב שני טורים עם אותה מילה פותחת בכל טור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שיש בו מילה שמחקה קול, כמו בום, טראח או טיק־טק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אונומטופאה - מילה שמחקה קול, כגון בום או טיק־טק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חזרה כללית יכולה להיות בכל מקום בשיר, אנפורה היא חזרה בתחילת טורים רצופים דווקא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חריזה ומשקל יוצרים מוזיקליות, קצב ומדגישים מילים או רעיונות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לתלמידים את הדוגמאות בקול רם כדי שישמעו את הצליל והמקצב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זיהוי אונומטופאה ואליטרציה בשירים מוכרים נוספים מהכיתה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במשימת הכתיבה חשוב לעודד ניסיון חופשי ולא להקפיד על דיוק מושלם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צליל, חזרה ומוזיקה בשירה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משוררים אוהבים לשחק עם צלילים ועם מילים חוזרות כדי שהשיר יישמע כמו מוזיקה. נלמד מילים חדשות שעוזרות להבין איך זה קורה.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אונומטופאה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שהצליל שלה מחקה קול, כמו בום או טיק־טק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חזרה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או צירוף שחוזרים כמה פעמים בשיר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אנפורה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חזרה על אותה מילה בתחילת טורים רצופים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חריזה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דמיון בצליל בסוף מילים, בדרך כלל בסוף טורים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משקל ומקצב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סדר קבוע של הברות מוטעמות ולא מוטעמות בשיר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שיר חופשי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שיר בלי משקל קבוע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אליטרציה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חזרה על אותו צליל (אות) במילים קרובות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משפט מחקה קול?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בום! נשמע הרעש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השמש זרחה בשמיים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הילד הלך לבית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הספר היה על השולחן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משוררים חוזרים על מילים?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להדגיש רעיון או רגש וליצור מקצב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לתאר צבעים בשיר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להוסיף חרוז בסוף הטור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לשנות את משקל השיר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המילה אנפורה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חזרה על צליל באמצע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חזרה על אותה מילה בתחילת טורים רצופים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חריזה בסוף הטור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שינוי בקצב השיר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סדר אותיות מתאים לחרוז מצטלבת?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תבנית חריזה מסוג אבאב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תבנית חריזה מסוג אאבב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תבנית חריזה מסוג אבבא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 ללא חריזה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השם של שיר בלי קצב קבוע?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 חופשי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שיר חובק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 מצטלב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 אונומטופאי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הגדרה מתאימה לאליטרציה?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חזרה על אותו צליל (אות) במילים קרובות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חזרה על מילה בתחילת טור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דמיון בסוף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קצב קבוע של הברות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התאמה בין מושג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אונומטופאה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שקט שוטף שוב את השכונה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אנפורה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בום! נשמע הרעש בחדר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חריזה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סדר קבוע של הברות מוטעמות ובלתי מוטעמות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משקל ומקצב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גל / חול (דמיון בסוף המילים)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אליטרציה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בלי מילים קמתי, בלי מילים יצאתי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אונומטופאה היא מילה שהצליל שלה מחקה את הקול שהיא מתארת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חריזה חובקת היא בתבנית אבבא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אנפורה היא חזרה על מילה בסוף טורים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שיר חופשי הוא שיר עם משקל קבוע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אליטרציה יכולה לחקות צליל כמו לחישה או רעש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מילה שהצליל שלה מחקה קול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חזרה על אותה מילה בתחילת טורים רצופים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דמיון בצליל בסוף מילים בשיר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שיר בלי משקל קבוע נקרא שיר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חזרה על אותו צליל במילים קרובות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משוררים משתמשים בחזרה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התרומה של חריזה לשיר?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תנו דוגמה לאונומטופאה שלא מופיעה בדף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יוצרת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טורים שיש בהם אנפורה - חזרו על אותה מילה בתחילת כל טור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קצר עם אונומטופאה אחת לפחות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אונומטופאה?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חזרה לבין אנפורה?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 החריזה והמשקל בשיר?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צליל, חזרה ומוזיקה בשירה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