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צליל, חזרה ומוזיקה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לצליל ולמוזיקליות בשירה: אונומטופאה, חזרה, אנפורה, חריזה, משקל ואליטרציה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אלה בדוגמאות משיר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כל אמצעי תורם למשמעות ולמוזיקליות של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בום! נשמע הרעש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להדגיש רעיון או רגש וליצור מקצב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חזרה על אותה מילה בתחילת טורים רצופים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תבנית חריזה מסוג אבאב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שיר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חזרה על אותו צליל (אות) במילים קרובות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(בום! נשמע הרעש בחדר)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(בלי מילים קמתי, בלי מילים יצאתי)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(גל / חול (דמיון בסוף המילים))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(סדר קבוע של הברות מוטעמות ובלתי מוטעמות)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(שקט שוטף שוב את השכונה)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אונומטופאה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חריזה חובקת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אנפורה היא חזרה על מילה בתחילת הטורים, לא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שיר חופשי הוא בדיוק שיר בלי משקל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חזרה על צליל מסוים יוצרת תחושת צליל ממשי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אונומטופאה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חופשי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אליטרציה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להדגיש רעיון או רגש וליצור מקצב וקצב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יוצרת מוזיקליות, מקשרת בין מילים ומדגישה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כמו: טראח, צליל פיצוץ או צליל נפילה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כותב שני טורים עם אותה מילה פותחת בכל טור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שיש בו מילה שמחקה קול, כמו בום, טראח או טיק־טק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אונומטופאה - מילה שמחקה קול, כגון בום או טיק־טק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כללית יכולה להיות בכל מקום בשיר, אנפורה היא חזרה בתחילת טורים רצופים דווקא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חריזה ומשקל יוצרים מוזיקליות, קצב ומדגישים מילים או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לתלמידים את הדוגמאות בקול רם כדי שישמעו את הצליל והמקצב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אונומטופאה ואליטרציה בשירים מוכרים נוספים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חשוב לעודד ניסיון חופשי ולא להקפיד על דיוק מושלם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צליל, חזרה ומוזיקה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בשירים משוררים משתמשים בצלילים, בחזרות ובמקצב כדי ליצור מוזיקה במילים ולהדגיש רגשות ורעיונות. בדף זה נתרגל את המושגים המרכזיים הקשורים לצליל ולמוזיקליות בשירה.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מהבאות היא דוגמה לאונומטופאה?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בום! נשמע הרעש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 זרחה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הלך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היה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העיקרי של חזרה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להדגיש רעיון או רגש וליצור מקצב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צבעים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להוסיף חרוז בסוף הטור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משקל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צליל באמצע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אותה מילה בתחילת טורים רצופים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חריזה בסוף הטור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שינוי בקצב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חרוז מצטלבת?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תבנית חריזה מסוג אבאב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תבנית חריזה מסוג אאבב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תבנית חריזה מסוג אבבא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ללא חריזה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שיר שאין בו משקל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חובק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מצטלב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אונומטופאי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אליטרציה?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אותו צליל (אות) במילים קרובות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 בסוף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קצב קבוע של הברות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אונומטופאה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שקט שוטף שוב את השכונה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 קבוע של הברות מוטעמות ובלתי מוטעמות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בום! נשמע הרעש בחדר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משקל ומקצב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בלי מילים קמתי, בלי מילים יצאתי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אליטרציה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גל / חול (דמיון בסוף המילים)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אונומטופאה היא מילה שהצליל שלה מחקה את הקול שהיא מתארת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חריזה חובקת היא בתבנית אבבא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אנפורה היא חזרה על מילה בסוף טורים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חופשי הוא שיר עם משקל קבוע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אליטרציה יכולה לחקות צליל כמו לחישה או רעש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שהצליל שלה מחקה קול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חזרה על אותה מילה בתחילת טורים רצופים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דמיון בצליל בסוף מילים בשיר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 בלי משקל קבוע נקרא שיר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חזרה על אותו צליל במילים קרובות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משוררים משתמשים בחזרה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התרומה של חריזה לשיר?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לאונומטופאה שלא מופיעה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טורים שיש בהם אנפורה - חזרו על אותה מילה בתחילת כל טור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עם אונומטופאה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אונומטופאה?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חזרה לבין אנפורה?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החריזה והמשקל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צליל, חזרה ומוזיקה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